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Interview prep sheet</w:t>
      </w:r>
    </w:p>
    <w:p>
      <w:r>
        <w:rPr>
          <w:color w:val="5F7A8C"/>
        </w:rPr>
        <w:t>Fill it in the day before. Then say your answers out loud, twice.</w:t>
      </w:r>
    </w:p>
    <w:p>
      <w:pPr>
        <w:pStyle w:val="Heading2"/>
      </w:pPr>
      <w:r>
        <w:t>The basics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CE3F2"/>
          </w:tcPr>
          <w:p>
            <w:r/>
            <w:r>
              <w:rPr>
                <w:b/>
              </w:rPr>
              <w:t>Company</w:t>
            </w:r>
          </w:p>
        </w:tc>
        <w:tc>
          <w:tcPr>
            <w:tcW w:type="dxa" w:w="7087"/>
          </w:tcPr>
          <w:p/>
        </w:tc>
      </w:tr>
      <w:tr>
        <w:tc>
          <w:tcPr>
            <w:tcW w:type="dxa" w:w="2835"/>
            <w:shd w:val="clear" w:color="auto" w:fill="ECE3F2"/>
          </w:tcPr>
          <w:p>
            <w:r/>
            <w:r>
              <w:rPr>
                <w:b/>
              </w:rPr>
              <w:t>Role</w:t>
            </w:r>
          </w:p>
        </w:tc>
        <w:tc>
          <w:tcPr>
            <w:tcW w:type="dxa" w:w="7087"/>
          </w:tcPr>
          <w:p/>
        </w:tc>
      </w:tr>
      <w:tr>
        <w:tc>
          <w:tcPr>
            <w:tcW w:type="dxa" w:w="2835"/>
            <w:shd w:val="clear" w:color="auto" w:fill="ECE3F2"/>
          </w:tcPr>
          <w:p>
            <w:r/>
            <w:r>
              <w:rPr>
                <w:b/>
              </w:rPr>
              <w:t>Date and time</w:t>
            </w:r>
          </w:p>
        </w:tc>
        <w:tc>
          <w:tcPr>
            <w:tcW w:type="dxa" w:w="7087"/>
          </w:tcPr>
          <w:p/>
        </w:tc>
      </w:tr>
      <w:tr>
        <w:tc>
          <w:tcPr>
            <w:tcW w:type="dxa" w:w="2835"/>
            <w:shd w:val="clear" w:color="auto" w:fill="ECE3F2"/>
          </w:tcPr>
          <w:p>
            <w:r/>
            <w:r>
              <w:rPr>
                <w:b/>
              </w:rPr>
              <w:t>Interviewer(s)</w:t>
            </w:r>
          </w:p>
        </w:tc>
        <w:tc>
          <w:tcPr>
            <w:tcW w:type="dxa" w:w="7087"/>
          </w:tcPr>
          <w:p/>
        </w:tc>
      </w:tr>
      <w:tr>
        <w:tc>
          <w:tcPr>
            <w:tcW w:type="dxa" w:w="2835"/>
            <w:shd w:val="clear" w:color="auto" w:fill="ECE3F2"/>
          </w:tcPr>
          <w:p>
            <w:r/>
            <w:r>
              <w:rPr>
                <w:b/>
              </w:rPr>
              <w:t>Format and link</w:t>
            </w:r>
          </w:p>
        </w:tc>
        <w:tc>
          <w:tcPr>
            <w:tcW w:type="dxa" w:w="7087"/>
          </w:tcPr>
          <w:p/>
        </w:tc>
      </w:tr>
      <w:tr>
        <w:tc>
          <w:tcPr>
            <w:tcW w:type="dxa" w:w="2835"/>
            <w:shd w:val="clear" w:color="auto" w:fill="ECE3F2"/>
          </w:tcPr>
          <w:p>
            <w:r/>
            <w:r>
              <w:rPr>
                <w:b/>
              </w:rPr>
              <w:t>What they do, in one line</w:t>
            </w:r>
          </w:p>
        </w:tc>
        <w:tc>
          <w:tcPr>
            <w:tcW w:type="dxa" w:w="7087"/>
          </w:tcPr>
          <w:p/>
        </w:tc>
      </w:tr>
    </w:tbl>
    <w:p/>
    <w:p>
      <w:pPr>
        <w:pStyle w:val="Heading2"/>
      </w:pPr>
      <w:r>
        <w:t>"Tell me about yourself" (60 to 90 seconds)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288"/>
            <w:shd w:val="clear" w:color="auto" w:fill="5B3A6B"/>
          </w:tcPr>
          <w:p>
            <w:r/>
            <w:r>
              <w:rPr>
                <w:b/>
                <w:color w:val="FFFFFF"/>
              </w:rPr>
              <w:t>Present: what I do now, one thing I'm proud of</w:t>
            </w:r>
          </w:p>
        </w:tc>
        <w:tc>
          <w:tcPr>
            <w:tcW w:type="dxa" w:w="3288"/>
            <w:shd w:val="clear" w:color="auto" w:fill="5B3A6B"/>
          </w:tcPr>
          <w:p>
            <w:r/>
            <w:r>
              <w:rPr>
                <w:b/>
                <w:color w:val="FFFFFF"/>
              </w:rPr>
              <w:t>Past: how I got here</w:t>
            </w:r>
          </w:p>
        </w:tc>
        <w:tc>
          <w:tcPr>
            <w:tcW w:type="dxa" w:w="3288"/>
            <w:shd w:val="clear" w:color="auto" w:fill="5B3A6B"/>
          </w:tcPr>
          <w:p>
            <w:r/>
            <w:r>
              <w:rPr>
                <w:b/>
                <w:color w:val="FFFFFF"/>
              </w:rPr>
              <w:t>Future: why this role, now</w:t>
            </w:r>
          </w:p>
        </w:tc>
      </w:tr>
      <w:tr>
        <w:tc>
          <w:tcPr>
            <w:tcW w:type="dxa" w:w="3288"/>
          </w:tcPr>
          <w:p>
            <w:r/>
          </w:p>
          <w:p/>
          <w:p/>
          <w:p/>
          <w:p/>
        </w:tc>
        <w:tc>
          <w:tcPr>
            <w:tcW w:type="dxa" w:w="3288"/>
          </w:tcPr>
          <w:p>
            <w:r/>
          </w:p>
          <w:p/>
          <w:p/>
          <w:p/>
          <w:p/>
        </w:tc>
        <w:tc>
          <w:tcPr>
            <w:tcW w:type="dxa" w:w="3288"/>
          </w:tcPr>
          <w:p>
            <w:r/>
          </w:p>
          <w:p/>
          <w:p/>
          <w:p/>
          <w:p/>
        </w:tc>
      </w:tr>
    </w:tbl>
    <w:p/>
    <w:p>
      <w:pPr>
        <w:pStyle w:val="Heading2"/>
      </w:pPr>
      <w:r>
        <w:t>Why this company? Why me?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CE3F2"/>
          </w:tcPr>
          <w:p>
            <w:r/>
            <w:r>
              <w:rPr>
                <w:b/>
              </w:rPr>
              <w:t>Why this company</w:t>
            </w:r>
          </w:p>
        </w:tc>
        <w:tc>
          <w:tcPr>
            <w:tcW w:type="dxa" w:w="7087"/>
          </w:tcPr>
          <w:p/>
        </w:tc>
      </w:tr>
      <w:tr>
        <w:tc>
          <w:tcPr>
            <w:tcW w:type="dxa" w:w="2835"/>
            <w:shd w:val="clear" w:color="auto" w:fill="ECE3F2"/>
          </w:tcPr>
          <w:p>
            <w:r/>
            <w:r>
              <w:rPr>
                <w:b/>
              </w:rPr>
              <w:t>Three reasons I fit</w:t>
            </w:r>
          </w:p>
        </w:tc>
        <w:tc>
          <w:tcPr>
            <w:tcW w:type="dxa" w:w="7087"/>
          </w:tcPr>
          <w:p/>
        </w:tc>
      </w:tr>
      <w:tr>
        <w:tc>
          <w:tcPr>
            <w:tcW w:type="dxa" w:w="2835"/>
            <w:shd w:val="clear" w:color="auto" w:fill="ECE3F2"/>
          </w:tcPr>
          <w:p>
            <w:r/>
            <w:r>
              <w:rPr>
                <w:b/>
              </w:rPr>
              <w:t>A gap, and how I'll answer it</w:t>
            </w:r>
          </w:p>
        </w:tc>
        <w:tc>
          <w:tcPr>
            <w:tcW w:type="dxa" w:w="7087"/>
          </w:tcPr>
          <w:p/>
        </w:tc>
      </w:tr>
    </w:tbl>
    <w:p/>
    <w:p>
      <w:pPr>
        <w:pStyle w:val="Heading2"/>
      </w:pPr>
      <w:r>
        <w:t>My best stories (STAR)</w:t>
      </w:r>
    </w:p>
    <w:p>
      <w:r>
        <w:t>Situation, Task, Action (what I did), Result (with a number). One story can answer several questions.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5B3A6B"/>
          </w:tcPr>
          <w:p>
            <w:r/>
            <w:r>
              <w:rPr>
                <w:b/>
                <w:color w:val="FFFFFF"/>
              </w:rPr>
              <w:t>Story</w:t>
            </w:r>
          </w:p>
        </w:tc>
        <w:tc>
          <w:tcPr>
            <w:tcW w:type="dxa" w:w="2835"/>
            <w:shd w:val="clear" w:color="auto" w:fill="5B3A6B"/>
          </w:tcPr>
          <w:p>
            <w:r/>
            <w:r>
              <w:rPr>
                <w:b/>
                <w:color w:val="FFFFFF"/>
              </w:rPr>
              <w:t>Situation and task</w:t>
            </w:r>
          </w:p>
        </w:tc>
        <w:tc>
          <w:tcPr>
            <w:tcW w:type="dxa" w:w="2835"/>
            <w:shd w:val="clear" w:color="auto" w:fill="5B3A6B"/>
          </w:tcPr>
          <w:p>
            <w:r/>
            <w:r>
              <w:rPr>
                <w:b/>
                <w:color w:val="FFFFFF"/>
              </w:rPr>
              <w:t>What I did</w:t>
            </w:r>
          </w:p>
        </w:tc>
        <w:tc>
          <w:tcPr>
            <w:tcW w:type="dxa" w:w="2551"/>
            <w:shd w:val="clear" w:color="auto" w:fill="5B3A6B"/>
          </w:tcPr>
          <w:p>
            <w:r/>
            <w:r>
              <w:rPr>
                <w:b/>
                <w:color w:val="FFFFFF"/>
              </w:rPr>
              <w:t>Result</w:t>
            </w:r>
          </w:p>
        </w:tc>
      </w:tr>
      <w:tr>
        <w:tc>
          <w:tcPr>
            <w:tcW w:type="dxa" w:w="1701"/>
          </w:tcPr>
          <w:p>
            <w:r>
              <w:t>1.</w:t>
            </w:r>
          </w:p>
        </w:tc>
        <w:tc>
          <w:tcPr>
            <w:tcW w:type="dxa" w:w="2835"/>
          </w:tcPr>
          <w:p>
            <w:r/>
          </w:p>
          <w:p/>
          <w:p/>
        </w:tc>
        <w:tc>
          <w:tcPr>
            <w:tcW w:type="dxa" w:w="2835"/>
          </w:tcPr>
          <w:p>
            <w:r/>
          </w:p>
          <w:p/>
          <w:p/>
        </w:tc>
        <w:tc>
          <w:tcPr>
            <w:tcW w:type="dxa" w:w="2551"/>
          </w:tcPr>
          <w:p>
            <w:r/>
          </w:p>
          <w:p/>
          <w:p/>
        </w:tc>
      </w:tr>
      <w:tr>
        <w:tc>
          <w:tcPr>
            <w:tcW w:type="dxa" w:w="1701"/>
          </w:tcPr>
          <w:p>
            <w:r>
              <w:t>2.</w:t>
            </w:r>
          </w:p>
        </w:tc>
        <w:tc>
          <w:tcPr>
            <w:tcW w:type="dxa" w:w="2835"/>
          </w:tcPr>
          <w:p>
            <w:r/>
          </w:p>
          <w:p/>
          <w:p/>
        </w:tc>
        <w:tc>
          <w:tcPr>
            <w:tcW w:type="dxa" w:w="2835"/>
          </w:tcPr>
          <w:p>
            <w:r/>
          </w:p>
          <w:p/>
          <w:p/>
        </w:tc>
        <w:tc>
          <w:tcPr>
            <w:tcW w:type="dxa" w:w="2551"/>
          </w:tcPr>
          <w:p>
            <w:r/>
          </w:p>
          <w:p/>
          <w:p/>
        </w:tc>
      </w:tr>
      <w:tr>
        <w:tc>
          <w:tcPr>
            <w:tcW w:type="dxa" w:w="1701"/>
          </w:tcPr>
          <w:p>
            <w:r>
              <w:t>3.</w:t>
            </w:r>
          </w:p>
        </w:tc>
        <w:tc>
          <w:tcPr>
            <w:tcW w:type="dxa" w:w="2835"/>
          </w:tcPr>
          <w:p>
            <w:r/>
          </w:p>
          <w:p/>
          <w:p/>
        </w:tc>
        <w:tc>
          <w:tcPr>
            <w:tcW w:type="dxa" w:w="2835"/>
          </w:tcPr>
          <w:p>
            <w:r/>
          </w:p>
          <w:p/>
          <w:p/>
        </w:tc>
        <w:tc>
          <w:tcPr>
            <w:tcW w:type="dxa" w:w="2551"/>
          </w:tcPr>
          <w:p>
            <w:r/>
          </w:p>
          <w:p/>
          <w:p/>
        </w:tc>
      </w:tr>
      <w:tr>
        <w:tc>
          <w:tcPr>
            <w:tcW w:type="dxa" w:w="1701"/>
          </w:tcPr>
          <w:p>
            <w:r>
              <w:t>4.</w:t>
            </w:r>
          </w:p>
        </w:tc>
        <w:tc>
          <w:tcPr>
            <w:tcW w:type="dxa" w:w="2835"/>
          </w:tcPr>
          <w:p>
            <w:r/>
          </w:p>
          <w:p/>
          <w:p/>
        </w:tc>
        <w:tc>
          <w:tcPr>
            <w:tcW w:type="dxa" w:w="2835"/>
          </w:tcPr>
          <w:p>
            <w:r/>
          </w:p>
          <w:p/>
          <w:p/>
        </w:tc>
        <w:tc>
          <w:tcPr>
            <w:tcW w:type="dxa" w:w="2551"/>
          </w:tcPr>
          <w:p>
            <w:r/>
          </w:p>
          <w:p/>
          <w:p/>
        </w:tc>
      </w:tr>
    </w:tbl>
    <w:p/>
    <w:p>
      <w:pPr>
        <w:pStyle w:val="Heading2"/>
      </w:pPr>
      <w:r>
        <w:t>Questions I expect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819"/>
            <w:shd w:val="clear" w:color="auto" w:fill="5B3A6B"/>
          </w:tcPr>
          <w:p>
            <w:r/>
            <w:r>
              <w:rPr>
                <w:b/>
                <w:color w:val="FFFFFF"/>
              </w:rPr>
              <w:t>Likely question</w:t>
            </w:r>
          </w:p>
        </w:tc>
        <w:tc>
          <w:tcPr>
            <w:tcW w:type="dxa" w:w="5102"/>
            <w:shd w:val="clear" w:color="auto" w:fill="5B3A6B"/>
          </w:tcPr>
          <w:p>
            <w:r/>
            <w:r>
              <w:rPr>
                <w:b/>
                <w:color w:val="FFFFFF"/>
              </w:rPr>
              <w:t>Story or answer to use</w:t>
            </w:r>
          </w:p>
        </w:tc>
      </w:tr>
      <w:tr>
        <w:tc>
          <w:tcPr>
            <w:tcW w:type="dxa" w:w="4819"/>
          </w:tcPr>
          <w:p>
            <w:r>
              <w:t>Tell me about a time you disagreed with a teammate.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819"/>
          </w:tcPr>
          <w:p>
            <w:r>
              <w:t>What's your biggest weakness?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819"/>
          </w:tcPr>
          <w:p>
            <w:r>
              <w:t>Why are you leaving your current role?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819"/>
          </w:tcPr>
          <w:p>
            <w:r/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819"/>
          </w:tcPr>
          <w:p>
            <w:r/>
          </w:p>
        </w:tc>
        <w:tc>
          <w:tcPr>
            <w:tcW w:type="dxa" w:w="5102"/>
          </w:tcPr>
          <w:p>
            <w:r/>
          </w:p>
        </w:tc>
      </w:tr>
    </w:tbl>
    <w:p/>
    <w:p>
      <w:pPr>
        <w:pStyle w:val="Heading2"/>
      </w:pPr>
      <w:r>
        <w:t>Questions to ask them</w:t>
      </w:r>
    </w:p>
    <w:p>
      <w:pPr>
        <w:pStyle w:val="ListBullet"/>
      </w:pPr>
      <w:r>
        <w:t>What does success look like in the first 90 days?</w:t>
      </w:r>
    </w:p>
    <w:p>
      <w:pPr>
        <w:pStyle w:val="ListBullet"/>
      </w:pPr>
      <w:r>
        <w:t>What's the biggest challenge for the team right now?</w:t>
      </w:r>
    </w:p>
    <w:p>
      <w:pPr>
        <w:pStyle w:val="ListBullet"/>
      </w:pPr>
      <w:r>
        <w:t>How do you like to work with the people on your team?</w:t>
      </w:r>
    </w:p>
    <w:p>
      <w:pPr>
        <w:pStyle w:val="ListBullet"/>
      </w:pPr>
      <w:r>
        <w:t>_______________________________________________</w:t>
      </w:r>
    </w:p>
    <w:p>
      <w:pPr>
        <w:pStyle w:val="ListBullet"/>
      </w:pPr>
      <w:r>
        <w:t>_______________________________________________</w:t>
      </w:r>
    </w:p>
    <w:p>
      <w:pPr>
        <w:pStyle w:val="Heading2"/>
      </w:pPr>
      <w:r>
        <w:t>After the interview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CE3F2"/>
          </w:tcPr>
          <w:p>
            <w:r/>
            <w:r>
              <w:rPr>
                <w:b/>
              </w:rPr>
              <w:t>What went well</w:t>
            </w:r>
          </w:p>
        </w:tc>
        <w:tc>
          <w:tcPr>
            <w:tcW w:type="dxa" w:w="7087"/>
          </w:tcPr>
          <w:p/>
        </w:tc>
      </w:tr>
      <w:tr>
        <w:tc>
          <w:tcPr>
            <w:tcW w:type="dxa" w:w="2835"/>
            <w:shd w:val="clear" w:color="auto" w:fill="ECE3F2"/>
          </w:tcPr>
          <w:p>
            <w:r/>
            <w:r>
              <w:rPr>
                <w:b/>
              </w:rPr>
              <w:t>What to improve</w:t>
            </w:r>
          </w:p>
        </w:tc>
        <w:tc>
          <w:tcPr>
            <w:tcW w:type="dxa" w:w="7087"/>
          </w:tcPr>
          <w:p/>
        </w:tc>
      </w:tr>
      <w:tr>
        <w:tc>
          <w:tcPr>
            <w:tcW w:type="dxa" w:w="2835"/>
            <w:shd w:val="clear" w:color="auto" w:fill="ECE3F2"/>
          </w:tcPr>
          <w:p>
            <w:r/>
            <w:r>
              <w:rPr>
                <w:b/>
              </w:rPr>
              <w:t>Thank-you note sent</w:t>
            </w:r>
          </w:p>
        </w:tc>
        <w:tc>
          <w:tcPr>
            <w:tcW w:type="dxa" w:w="7087"/>
          </w:tcPr>
          <w:p/>
        </w:tc>
      </w:tr>
      <w:tr>
        <w:tc>
          <w:tcPr>
            <w:tcW w:type="dxa" w:w="2835"/>
            <w:shd w:val="clear" w:color="auto" w:fill="ECE3F2"/>
          </w:tcPr>
          <w:p>
            <w:r/>
            <w:r>
              <w:rPr>
                <w:b/>
              </w:rPr>
              <w:t>Next step and date</w:t>
            </w:r>
          </w:p>
        </w:tc>
        <w:tc>
          <w:tcPr>
            <w:tcW w:type="dxa" w:w="7087"/>
          </w:tcPr>
          <w:p/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color w:val="5B3A6B"/>
        <w:sz w:val="16"/>
      </w:rPr>
      <w:t>Made with Hunter, free job search and interview practice for Windows. soggydogstudios.com/hunter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762150" cy="432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cro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62150" cy="432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egoe UI" w:hAnsi="Segoe UI" w:eastAsia="Segoe UI"/>
      <w:color w:val="24485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Segoe UI" w:hAnsi="Segoe UI"/>
      <w:b/>
      <w:bCs/>
      <w:color w:val="0F2F44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Segoe UI" w:hAnsi="Segoe UI"/>
      <w:b/>
      <w:bCs/>
      <w:color w:val="5B3A6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 prep sheet</dc:title>
  <dc:subject/>
  <dc:creator>Soggy Dog Studios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