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Invoice</w:t>
      </w:r>
    </w:p>
    <w:p>
      <w:r>
        <w:rPr>
          <w:color w:val="5F7A8C"/>
        </w:rPr>
        <w:t>Replace the example text with your own details.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E2F1E5"/>
          </w:tcPr>
          <w:p>
            <w:r/>
            <w:r>
              <w:rPr>
                <w:b/>
              </w:rPr>
              <w:t>Invoice number</w:t>
            </w:r>
          </w:p>
        </w:tc>
        <w:tc>
          <w:tcPr>
            <w:tcW w:type="dxa" w:w="7087"/>
          </w:tcPr>
          <w:p/>
        </w:tc>
      </w:tr>
      <w:tr>
        <w:tc>
          <w:tcPr>
            <w:tcW w:type="dxa" w:w="2835"/>
            <w:shd w:val="clear" w:color="auto" w:fill="E2F1E5"/>
          </w:tcPr>
          <w:p>
            <w:r/>
            <w:r>
              <w:rPr>
                <w:b/>
              </w:rPr>
              <w:t>Invoice date</w:t>
            </w:r>
          </w:p>
        </w:tc>
        <w:tc>
          <w:tcPr>
            <w:tcW w:type="dxa" w:w="7087"/>
          </w:tcPr>
          <w:p/>
        </w:tc>
      </w:tr>
      <w:tr>
        <w:tc>
          <w:tcPr>
            <w:tcW w:type="dxa" w:w="2835"/>
            <w:shd w:val="clear" w:color="auto" w:fill="E2F1E5"/>
          </w:tcPr>
          <w:p>
            <w:r/>
            <w:r>
              <w:rPr>
                <w:b/>
              </w:rPr>
              <w:t>Due date</w:t>
            </w:r>
          </w:p>
        </w:tc>
        <w:tc>
          <w:tcPr>
            <w:tcW w:type="dxa" w:w="7087"/>
          </w:tcPr>
          <w:p/>
        </w:tc>
      </w:tr>
      <w:tr>
        <w:tc>
          <w:tcPr>
            <w:tcW w:type="dxa" w:w="2835"/>
            <w:shd w:val="clear" w:color="auto" w:fill="E2F1E5"/>
          </w:tcPr>
          <w:p>
            <w:r/>
            <w:r>
              <w:rPr>
                <w:b/>
              </w:rPr>
              <w:t>Terms</w:t>
            </w:r>
          </w:p>
        </w:tc>
        <w:tc>
          <w:tcPr>
            <w:tcW w:type="dxa" w:w="7087"/>
          </w:tcPr>
          <w:p/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b/>
              </w:rPr>
              <w:t>From</w:t>
            </w:r>
          </w:p>
          <w:p>
            <w:r>
              <w:t>Your name or business</w:t>
              <w:br/>
              <w:t>Street address</w:t>
              <w:br/>
              <w:t>City, State ZIP</w:t>
              <w:br/>
              <w:t>you@example.com</w:t>
            </w:r>
          </w:p>
        </w:tc>
        <w:tc>
          <w:tcPr>
            <w:tcW w:type="dxa" w:w="4986"/>
          </w:tcPr>
          <w:p>
            <w:r/>
            <w:r>
              <w:rPr>
                <w:b/>
              </w:rPr>
              <w:t>Bill to</w:t>
            </w:r>
          </w:p>
          <w:p>
            <w:r>
              <w:t>Client name</w:t>
              <w:br/>
              <w:t>Client company</w:t>
              <w:br/>
              <w:t>Client address</w:t>
              <w:br/>
              <w:t>client@example.com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102"/>
            <w:shd w:val="clear" w:color="auto" w:fill="2E7D4F"/>
          </w:tcPr>
          <w:p>
            <w:r/>
            <w:r>
              <w:rPr>
                <w:b/>
                <w:color w:val="FFFFFF"/>
              </w:rPr>
              <w:t>Description</w:t>
            </w:r>
          </w:p>
        </w:tc>
        <w:tc>
          <w:tcPr>
            <w:tcW w:type="dxa" w:w="1587"/>
            <w:shd w:val="clear" w:color="auto" w:fill="2E7D4F"/>
          </w:tcPr>
          <w:p>
            <w:r/>
            <w:r>
              <w:rPr>
                <w:b/>
                <w:color w:val="FFFFFF"/>
              </w:rPr>
              <w:t>Hours or qty</w:t>
            </w:r>
          </w:p>
        </w:tc>
        <w:tc>
          <w:tcPr>
            <w:tcW w:type="dxa" w:w="1587"/>
            <w:shd w:val="clear" w:color="auto" w:fill="2E7D4F"/>
          </w:tcPr>
          <w:p>
            <w:r/>
            <w:r>
              <w:rPr>
                <w:b/>
                <w:color w:val="FFFFFF"/>
              </w:rPr>
              <w:t>Rate</w:t>
            </w:r>
          </w:p>
        </w:tc>
        <w:tc>
          <w:tcPr>
            <w:tcW w:type="dxa" w:w="1701"/>
            <w:shd w:val="clear" w:color="auto" w:fill="2E7D4F"/>
          </w:tcPr>
          <w:p>
            <w:r/>
            <w:r>
              <w:rPr>
                <w:b/>
                <w:color w:val="FFFFFF"/>
              </w:rPr>
              <w:t>Amount</w:t>
            </w:r>
          </w:p>
        </w:tc>
      </w:tr>
      <w:tr>
        <w:tc>
          <w:tcPr>
            <w:tcW w:type="dxa" w:w="5102"/>
          </w:tcPr>
          <w:p>
            <w:r>
              <w:t>Website design, January</w:t>
            </w:r>
          </w:p>
        </w:tc>
        <w:tc>
          <w:tcPr>
            <w:tcW w:type="dxa" w:w="1587"/>
          </w:tcPr>
          <w:p>
            <w:r>
              <w:t>12</w:t>
            </w:r>
          </w:p>
        </w:tc>
        <w:tc>
          <w:tcPr>
            <w:tcW w:type="dxa" w:w="1587"/>
          </w:tcPr>
          <w:p>
            <w:r>
              <w:t>$95.00</w:t>
            </w:r>
          </w:p>
        </w:tc>
        <w:tc>
          <w:tcPr>
            <w:tcW w:type="dxa" w:w="1701"/>
          </w:tcPr>
          <w:p>
            <w:r>
              <w:t>$1,140.00</w:t>
            </w:r>
          </w:p>
        </w:tc>
      </w:tr>
      <w:tr>
        <w:tc>
          <w:tcPr>
            <w:tcW w:type="dxa" w:w="5102"/>
          </w:tcPr>
          <w:p>
            <w:r>
              <w:t>Client meetings</w:t>
            </w:r>
          </w:p>
        </w:tc>
        <w:tc>
          <w:tcPr>
            <w:tcW w:type="dxa" w:w="1587"/>
          </w:tcPr>
          <w:p>
            <w:r>
              <w:t>3</w:t>
            </w:r>
          </w:p>
        </w:tc>
        <w:tc>
          <w:tcPr>
            <w:tcW w:type="dxa" w:w="1587"/>
          </w:tcPr>
          <w:p>
            <w:r>
              <w:t>$95.00</w:t>
            </w:r>
          </w:p>
        </w:tc>
        <w:tc>
          <w:tcPr>
            <w:tcW w:type="dxa" w:w="1701"/>
          </w:tcPr>
          <w:p>
            <w:r>
              <w:t>$285.00</w:t>
            </w:r>
          </w:p>
        </w:tc>
      </w:tr>
      <w:tr>
        <w:tc>
          <w:tcPr>
            <w:tcW w:type="dxa" w:w="5102"/>
          </w:tcPr>
          <w:p>
            <w:r>
              <w:t>Stock photos (pass-through)</w:t>
            </w:r>
          </w:p>
        </w:tc>
        <w:tc>
          <w:tcPr>
            <w:tcW w:type="dxa" w:w="1587"/>
          </w:tcPr>
          <w:p>
            <w:r>
              <w:t>1</w:t>
            </w:r>
          </w:p>
        </w:tc>
        <w:tc>
          <w:tcPr>
            <w:tcW w:type="dxa" w:w="1587"/>
          </w:tcPr>
          <w:p>
            <w:r>
              <w:t>$45.00</w:t>
            </w:r>
          </w:p>
        </w:tc>
        <w:tc>
          <w:tcPr>
            <w:tcW w:type="dxa" w:w="1701"/>
          </w:tcPr>
          <w:p>
            <w:r>
              <w:t>$45.00</w:t>
            </w:r>
          </w:p>
        </w:tc>
      </w:tr>
      <w:tr>
        <w:tc>
          <w:tcPr>
            <w:tcW w:type="dxa" w:w="5102"/>
          </w:tcPr>
          <w:p>
            <w:r/>
          </w:p>
        </w:tc>
        <w:tc>
          <w:tcPr>
            <w:tcW w:type="dxa" w:w="1587"/>
          </w:tcPr>
          <w:p>
            <w:r/>
          </w:p>
        </w:tc>
        <w:tc>
          <w:tcPr>
            <w:tcW w:type="dxa" w:w="1587"/>
          </w:tcPr>
          <w:p>
            <w:r/>
          </w:p>
        </w:tc>
        <w:tc>
          <w:tcPr>
            <w:tcW w:type="dxa" w:w="1701"/>
          </w:tcPr>
          <w:p>
            <w:r/>
          </w:p>
        </w:tc>
      </w:tr>
      <w:tr>
        <w:tc>
          <w:tcPr>
            <w:tcW w:type="dxa" w:w="5102"/>
          </w:tcPr>
          <w:p>
            <w:r/>
          </w:p>
        </w:tc>
        <w:tc>
          <w:tcPr>
            <w:tcW w:type="dxa" w:w="1587"/>
          </w:tcPr>
          <w:p>
            <w:r/>
          </w:p>
        </w:tc>
        <w:tc>
          <w:tcPr>
            <w:tcW w:type="dxa" w:w="1587"/>
          </w:tcPr>
          <w:p>
            <w:r/>
          </w:p>
        </w:tc>
        <w:tc>
          <w:tcPr>
            <w:tcW w:type="dxa" w:w="1701"/>
          </w:tcPr>
          <w:p>
            <w:r/>
          </w:p>
        </w:tc>
      </w:tr>
    </w:tbl>
    <w:p/>
    <w:tbl>
      <w:tblPr>
        <w:tblStyle w:val="TableGrid"/>
        <w:tblW w:type="auto" w:w="0"/>
        <w:jc w:val="righ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</w:rPr>
              <w:t>Subtotal</w:t>
            </w:r>
          </w:p>
        </w:tc>
        <w:tc>
          <w:tcPr>
            <w:tcW w:type="dxa" w:w="4986"/>
          </w:tcPr>
          <w:p>
            <w:r>
              <w:t>$1,470.00</w:t>
            </w:r>
          </w:p>
        </w:tc>
      </w:tr>
      <w:tr>
        <w:tc>
          <w:tcPr>
            <w:tcW w:type="dxa" w:w="4986"/>
          </w:tcPr>
          <w:p>
            <w:r>
              <w:rPr>
                <w:b/>
              </w:rPr>
              <w:t>Tax</w:t>
            </w:r>
          </w:p>
        </w:tc>
        <w:tc>
          <w:tcPr>
            <w:tcW w:type="dxa" w:w="4986"/>
          </w:tcPr>
          <w:p>
            <w:r>
              <w:t>$0.00</w:t>
            </w:r>
          </w:p>
        </w:tc>
      </w:tr>
      <w:tr>
        <w:tc>
          <w:tcPr>
            <w:tcW w:type="dxa" w:w="4986"/>
            <w:shd w:val="clear" w:color="auto" w:fill="E2F1E5"/>
          </w:tcPr>
          <w:p>
            <w:r>
              <w:rPr>
                <w:b/>
              </w:rPr>
              <w:t>Total due</w:t>
            </w:r>
          </w:p>
        </w:tc>
        <w:tc>
          <w:tcPr>
            <w:tcW w:type="dxa" w:w="4986"/>
            <w:shd w:val="clear" w:color="auto" w:fill="E2F1E5"/>
          </w:tcPr>
          <w:p>
            <w:r>
              <w:t>$1,470.00</w:t>
            </w:r>
          </w:p>
        </w:tc>
      </w:tr>
      <w:tr>
        <w:tc>
          <w:tcPr>
            <w:tcW w:type="dxa" w:w="4986"/>
          </w:tcPr>
          <w:p>
            <w:r>
              <w:rPr>
                <w:b/>
              </w:rPr>
              <w:t>Due by</w:t>
            </w:r>
          </w:p>
        </w:tc>
        <w:tc>
          <w:tcPr>
            <w:tcW w:type="dxa" w:w="4986"/>
          </w:tcPr>
          <w:p>
            <w:r>
              <w:t>February 14, 2027</w:t>
            </w:r>
          </w:p>
        </w:tc>
      </w:tr>
    </w:tbl>
    <w:p/>
    <w:p>
      <w:pPr>
        <w:pStyle w:val="Heading2"/>
      </w:pPr>
      <w:r>
        <w:t>How to pay</w:t>
      </w:r>
    </w:p>
    <w:p>
      <w:r>
        <w:t>Bank transfer: account name, routing and account number. Or: your payment link. Please include the invoice number with your payment.</w:t>
      </w:r>
    </w:p>
    <w:p>
      <w:r>
        <w:rPr>
          <w:b/>
          <w:color w:val="1F6F8B"/>
        </w:rPr>
        <w:t>Thank you for your business!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  <w:color w:val="2E7D4F"/>
        <w:sz w:val="16"/>
      </w:rPr>
      <w:t>Made with Kibble, free budgeting and small-business books for Windows. soggydogstudios.com/kibble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762150" cy="432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crop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62150" cy="432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egoe UI" w:hAnsi="Segoe UI" w:eastAsia="Segoe UI"/>
      <w:color w:val="24485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Segoe UI" w:hAnsi="Segoe UI"/>
      <w:b/>
      <w:bCs/>
      <w:color w:val="0F2F44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Segoe UI" w:hAnsi="Segoe UI"/>
      <w:b/>
      <w:bCs/>
      <w:color w:val="2E7D4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</dc:title>
  <dc:subject/>
  <dc:creator>Soggy Dog Studios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